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3012" w:rsidRDefault="3D85B9FD" w14:paraId="21DA46A2" w14:textId="627EDCDB">
      <w:pPr>
        <w:jc w:val="center"/>
      </w:pPr>
      <w:r w:rsidRPr="3D85B9FD">
        <w:rPr>
          <w:b/>
          <w:bCs/>
          <w:sz w:val="36"/>
          <w:szCs w:val="36"/>
        </w:rPr>
        <w:t xml:space="preserve">Local Government Committee Meeting Summary </w:t>
      </w:r>
    </w:p>
    <w:p w:rsidR="002C3012" w:rsidP="00091796" w:rsidRDefault="00000000" w14:paraId="672A6659" w14:textId="3E8A0B6B">
      <w:pPr>
        <w:jc w:val="center"/>
      </w:pPr>
      <w:r w:rsidR="00000000">
        <w:rPr/>
        <w:t>Date: September 2, 2026</w:t>
      </w:r>
      <w:r>
        <w:tab/>
      </w:r>
      <w:r>
        <w:tab/>
      </w:r>
      <w:r w:rsidR="00091796">
        <w:rPr/>
        <w:t>Time: 2:00–4:00 PM</w:t>
      </w:r>
      <w:r w:rsidR="00564C5A">
        <w:rPr/>
        <w:t xml:space="preserve"> (Virtual)</w:t>
      </w:r>
      <w:r>
        <w:tab/>
      </w:r>
      <w:r>
        <w:tab/>
      </w:r>
      <w:r w:rsidR="00091796">
        <w:rPr/>
        <w:t>Chair: Sallie Vaughn</w:t>
      </w:r>
    </w:p>
    <w:p w:rsidR="3EB51944" w:rsidP="6C82E60F" w:rsidRDefault="3EB51944" w14:paraId="3ED8F2F3" w14:textId="0FC03223">
      <w:pPr>
        <w:pStyle w:val="ListBullet"/>
        <w:numPr>
          <w:ilvl w:val="0"/>
          <w:numId w:val="0"/>
        </w:numPr>
      </w:pPr>
      <w:r w:rsidRPr="78F367E3" w:rsidR="3EB51944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4F80BD"/>
          <w:sz w:val="26"/>
          <w:szCs w:val="26"/>
          <w:lang w:eastAsia="en-US" w:bidi="ar-SA"/>
        </w:rPr>
        <w:t>C</w:t>
      </w:r>
      <w:r w:rsidRPr="78F367E3" w:rsidR="3EB51944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4F80BD"/>
          <w:sz w:val="26"/>
          <w:szCs w:val="26"/>
          <w:lang w:eastAsia="en-US" w:bidi="ar-SA"/>
        </w:rPr>
        <w:t xml:space="preserve">all to Action: </w:t>
      </w:r>
      <w:r w:rsidRPr="78F367E3" w:rsidR="3EB51944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4F80BD"/>
          <w:sz w:val="26"/>
          <w:szCs w:val="26"/>
          <w:lang w:eastAsia="en-US" w:bidi="ar-SA"/>
        </w:rPr>
        <w:t>Orthoimagery</w:t>
      </w:r>
      <w:r w:rsidRPr="78F367E3" w:rsidR="3EB51944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4F80BD"/>
          <w:sz w:val="26"/>
          <w:szCs w:val="26"/>
          <w:lang w:eastAsia="en-US" w:bidi="ar-SA"/>
        </w:rPr>
        <w:t xml:space="preserve"> needs assessment survey</w:t>
      </w:r>
    </w:p>
    <w:p w:rsidR="650B1856" w:rsidP="35D69D21" w:rsidRDefault="650B1856" w14:paraId="5996EFDD" w14:textId="339341A4">
      <w:pPr>
        <w:pStyle w:val="ListBullet"/>
        <w:rPr/>
      </w:pPr>
      <w:r w:rsidR="79EEC6B1">
        <w:rPr/>
        <w:t xml:space="preserve">Complete the </w:t>
      </w:r>
      <w:hyperlink r:id="R413af3475ea14dac">
        <w:r w:rsidRPr="0EDE79EA" w:rsidR="79EEC6B1">
          <w:rPr>
            <w:rStyle w:val="Hyperlink"/>
          </w:rPr>
          <w:t>orthoimagery needs assessment survey</w:t>
        </w:r>
      </w:hyperlink>
      <w:r w:rsidR="79EEC6B1">
        <w:rPr/>
        <w:t xml:space="preserve"> to help NC make informed future decisions on budget changes for </w:t>
      </w:r>
      <w:r w:rsidR="13A969AB">
        <w:rPr/>
        <w:t xml:space="preserve">improved </w:t>
      </w:r>
      <w:r w:rsidR="79EEC6B1">
        <w:rPr/>
        <w:t xml:space="preserve">frequency of </w:t>
      </w:r>
      <w:r w:rsidR="6E9A9534">
        <w:rPr/>
        <w:t>orthoimagery</w:t>
      </w:r>
      <w:r w:rsidR="6E9A9534">
        <w:rPr/>
        <w:t xml:space="preserve"> c</w:t>
      </w:r>
      <w:r w:rsidR="6E9A9534">
        <w:rPr/>
        <w:t>ollection across the state</w:t>
      </w:r>
      <w:r w:rsidR="3BEF056B">
        <w:rPr/>
        <w:t>.</w:t>
      </w:r>
    </w:p>
    <w:p w:rsidR="3BEF056B" w:rsidP="0EDE79EA" w:rsidRDefault="3BEF056B" w14:paraId="06C82A7A" w14:textId="34EC9517">
      <w:pPr>
        <w:pStyle w:val="Heading2"/>
      </w:pPr>
      <w:hyperlink r:id="Rc024412ed10a470e">
        <w:r w:rsidRPr="0EDE79EA" w:rsidR="3BEF056B">
          <w:rPr>
            <w:rStyle w:val="Hyperlink"/>
          </w:rPr>
          <w:t>GIS Day</w:t>
        </w:r>
      </w:hyperlink>
    </w:p>
    <w:p w:rsidR="3BEF056B" w:rsidP="0EDE79EA" w:rsidRDefault="3BEF056B" w14:paraId="1F54ACB7" w14:textId="0D3FF476">
      <w:pPr>
        <w:pStyle w:val="ListBullet"/>
        <w:rPr/>
      </w:pPr>
      <w:r w:rsidR="3BEF056B">
        <w:rPr/>
        <w:t>Person County secured Eagle View as a sponsor, offering a lunch-and-learn session.</w:t>
      </w:r>
    </w:p>
    <w:p w:rsidR="3BEF056B" w:rsidP="0EDE79EA" w:rsidRDefault="3BEF056B" w14:paraId="138C99CC" w14:textId="63542D80">
      <w:pPr>
        <w:pStyle w:val="ListBullet"/>
        <w:rPr/>
      </w:pPr>
      <w:r w:rsidR="3BEF056B">
        <w:rPr/>
        <w:t>Wilson County selected the new baseball stadium as the event venue.</w:t>
      </w:r>
    </w:p>
    <w:p w:rsidR="3BEF056B" w:rsidP="0EDE79EA" w:rsidRDefault="3BEF056B" w14:paraId="6E679979" w14:textId="0409EDE9">
      <w:pPr>
        <w:pStyle w:val="ListBullet"/>
        <w:rPr/>
      </w:pPr>
      <w:r w:rsidR="3BEF056B">
        <w:rPr/>
        <w:t xml:space="preserve">Recommendations: conduct venue walk-throughs to avoid technical issues and register events with Esri for </w:t>
      </w:r>
      <w:commentRangeStart w:id="1254528107"/>
      <w:r w:rsidR="3BEF056B">
        <w:rPr/>
        <w:t>visibility</w:t>
      </w:r>
      <w:commentRangeEnd w:id="1254528107"/>
      <w:r>
        <w:rPr>
          <w:rStyle w:val="CommentReference"/>
        </w:rPr>
        <w:commentReference w:id="1254528107"/>
      </w:r>
      <w:r w:rsidR="3BEF056B">
        <w:rPr/>
        <w:t>.</w:t>
      </w:r>
    </w:p>
    <w:p w:rsidR="002C3012" w:rsidRDefault="00000000" w14:paraId="7897F720" w14:textId="61376F42">
      <w:pPr>
        <w:pStyle w:val="Heading2"/>
      </w:pPr>
      <w:r>
        <w:t>NC GIS Conference</w:t>
      </w:r>
    </w:p>
    <w:p w:rsidR="002C3012" w:rsidRDefault="00000000" w14:paraId="7984B34D" w14:textId="77777777">
      <w:pPr>
        <w:pStyle w:val="ListBullet"/>
      </w:pPr>
      <w:r>
        <w:t>Conference in Winston-Salem: February 3–5; workshops on February 2.</w:t>
      </w:r>
    </w:p>
    <w:p w:rsidR="002C3012" w:rsidRDefault="00A453F9" w14:paraId="53083CD6" w14:textId="47BDFD81">
      <w:pPr>
        <w:pStyle w:val="ListBullet"/>
      </w:pPr>
      <w:hyperlink w:history="1" r:id="rId14">
        <w:r w:rsidRPr="00A453F9">
          <w:rPr>
            <w:rStyle w:val="Hyperlink"/>
          </w:rPr>
          <w:t xml:space="preserve">Abstracts </w:t>
        </w:r>
        <w:r w:rsidR="00F537C9">
          <w:rPr>
            <w:rStyle w:val="Hyperlink"/>
          </w:rPr>
          <w:t>deadline</w:t>
        </w:r>
        <w:r w:rsidRPr="00A453F9">
          <w:rPr>
            <w:rStyle w:val="Hyperlink"/>
          </w:rPr>
          <w:t xml:space="preserve"> by September 18</w:t>
        </w:r>
      </w:hyperlink>
      <w:r>
        <w:t xml:space="preserve">; </w:t>
      </w:r>
      <w:r w:rsidR="00C567C3">
        <w:t xml:space="preserve">looking for </w:t>
      </w:r>
      <w:r w:rsidR="00F65EE9">
        <w:t xml:space="preserve">presentations on strategic planning, </w:t>
      </w:r>
      <w:r w:rsidR="0033562B">
        <w:t xml:space="preserve">building return on investments, </w:t>
      </w:r>
      <w:r w:rsidR="00B554B9">
        <w:t xml:space="preserve">workflow development/design, and </w:t>
      </w:r>
      <w:r w:rsidR="0034785A">
        <w:t>integrating GIS with software like document management</w:t>
      </w:r>
      <w:r>
        <w:t>.</w:t>
      </w:r>
    </w:p>
    <w:p w:rsidR="002C3012" w:rsidRDefault="00000000" w14:paraId="2C9CAF81" w14:textId="77777777">
      <w:pPr>
        <w:pStyle w:val="ListBullet"/>
      </w:pPr>
      <w:r>
        <w:t>Special Interest Groups: public school administration GIS proposed; higher-education collaboration welcomed.</w:t>
      </w:r>
    </w:p>
    <w:p w:rsidR="002C3012" w:rsidRDefault="00000000" w14:paraId="4B18D0BC" w14:textId="3E902D47">
      <w:pPr>
        <w:pStyle w:val="ListBullet"/>
      </w:pPr>
      <w:r>
        <w:t xml:space="preserve">Award nominations: </w:t>
      </w:r>
      <w:hyperlink w:history="1" r:id="rId15">
        <w:r w:rsidRPr="00F537C9" w:rsidR="002C3012">
          <w:rPr>
            <w:rStyle w:val="Hyperlink"/>
          </w:rPr>
          <w:t>Herb Stout Local Government Awards</w:t>
        </w:r>
      </w:hyperlink>
      <w:r>
        <w:t xml:space="preserve"> (deadline October 30).</w:t>
      </w:r>
    </w:p>
    <w:p w:rsidR="002C3012" w:rsidRDefault="00000000" w14:paraId="782CD6B4" w14:textId="400634AE">
      <w:pPr>
        <w:pStyle w:val="Heading2"/>
      </w:pPr>
      <w:r>
        <w:t>Board of Elections and Menti Poll</w:t>
      </w:r>
    </w:p>
    <w:p w:rsidR="002C3012" w:rsidRDefault="00000000" w14:paraId="03E6926F" w14:textId="77777777">
      <w:pPr>
        <w:pStyle w:val="ListBullet"/>
      </w:pPr>
      <w:r>
        <w:t>Most participants have relationships with local elections departments; many assist with address geocoding.</w:t>
      </w:r>
    </w:p>
    <w:p w:rsidR="002C3012" w:rsidRDefault="00000000" w14:paraId="57F5D6C1" w14:textId="77777777">
      <w:pPr>
        <w:pStyle w:val="ListBullet"/>
      </w:pPr>
      <w:r>
        <w:t>Tools and challenges: mix of custom apps, GIS address points, ArcGIS Pro; caution against reliance on Google.</w:t>
      </w:r>
    </w:p>
    <w:p w:rsidR="002C3012" w:rsidRDefault="00000000" w14:paraId="4B32F62D" w14:textId="77777777">
      <w:pPr>
        <w:pStyle w:val="ListBullet"/>
      </w:pPr>
      <w:r>
        <w:t>Recommendations: establish a framework/checklist for new GIS professionals and consider an addressing-focused SIG at the conference.</w:t>
      </w:r>
    </w:p>
    <w:p w:rsidR="002C3012" w:rsidRDefault="00000000" w14:paraId="66053668" w14:textId="04257A2D">
      <w:pPr>
        <w:pStyle w:val="Heading2"/>
      </w:pPr>
      <w:r>
        <w:t>Census Policy Changes</w:t>
      </w:r>
    </w:p>
    <w:p w:rsidR="002C3012" w:rsidRDefault="00000000" w14:paraId="101F4434" w14:textId="77777777">
      <w:pPr>
        <w:pStyle w:val="ListBullet"/>
      </w:pPr>
      <w:r>
        <w:t>Encouraged participation in geographic programs (LUCA and BBSP launching in 2027).</w:t>
      </w:r>
    </w:p>
    <w:p w:rsidR="002C3012" w:rsidRDefault="00000000" w14:paraId="558EE953" w14:textId="77777777">
      <w:pPr>
        <w:pStyle w:val="ListBullet"/>
      </w:pPr>
      <w:r>
        <w:t>Boundary accuracy: timely annexation submissions to avoid backlogs and ensure correct census boundaries.</w:t>
      </w:r>
    </w:p>
    <w:p w:rsidR="002C3012" w:rsidRDefault="008A5E39" w14:paraId="77C320C2" w14:textId="59ACF159">
      <w:pPr>
        <w:pStyle w:val="ListBullet"/>
      </w:pPr>
      <w:hyperlink w:history="1" w:anchor="how-to-prepare" r:id="rId16">
        <w:r w:rsidRPr="008A5E39">
          <w:rPr>
            <w:rStyle w:val="Hyperlink"/>
          </w:rPr>
          <w:t>Local strategies</w:t>
        </w:r>
      </w:hyperlink>
      <w:r>
        <w:t>: begin forming complete count commissions and outreach now.</w:t>
      </w:r>
    </w:p>
    <w:p w:rsidR="00CE05B2" w:rsidRDefault="00CE05B2" w14:paraId="3300CA63" w14:textId="40A9196C">
      <w:pPr>
        <w:pStyle w:val="ListBullet"/>
      </w:pPr>
      <w:r>
        <w:t xml:space="preserve">Contact - </w:t>
      </w:r>
      <w:r w:rsidRPr="00CE05B2">
        <w:t xml:space="preserve">John Quinterno </w:t>
      </w:r>
      <w:r>
        <w:t>(</w:t>
      </w:r>
      <w:hyperlink w:history="1" r:id="rId17">
        <w:r w:rsidRPr="00E40C5E">
          <w:rPr>
            <w:rStyle w:val="Hyperlink"/>
          </w:rPr>
          <w:t>john.quinterno@osbm.nc.gov</w:t>
        </w:r>
      </w:hyperlink>
      <w:r>
        <w:t>)</w:t>
      </w:r>
    </w:p>
    <w:p w:rsidR="002C3012" w:rsidRDefault="00000000" w14:paraId="5E15C980" w14:textId="4BB0992C">
      <w:pPr>
        <w:pStyle w:val="Heading2"/>
      </w:pPr>
      <w:r>
        <w:t>Overview of Spatial Maturity Assessment</w:t>
      </w:r>
    </w:p>
    <w:p w:rsidR="002C3012" w:rsidRDefault="00000000" w14:paraId="7B608F0B" w14:textId="641FED0B">
      <w:pPr>
        <w:pStyle w:val="ListBullet"/>
      </w:pPr>
      <w:r>
        <w:t>North Carolina scored highly in coordination, addresses, parcels, NG911, and governmental units.</w:t>
      </w:r>
    </w:p>
    <w:p w:rsidR="002C3012" w:rsidRDefault="00000000" w14:paraId="349C9150" w14:textId="1A3ADF43">
      <w:pPr>
        <w:pStyle w:val="ListBullet"/>
        <w:rPr/>
      </w:pPr>
      <w:r w:rsidR="00000000">
        <w:rPr/>
        <w:t>Areas for improvement: transportation (address range data) and orthoimagery (collection frequency).</w:t>
      </w:r>
    </w:p>
    <w:p w:rsidR="002C3012" w:rsidRDefault="00000000" w14:paraId="4152D957" w14:textId="71E9D88A">
      <w:pPr>
        <w:pStyle w:val="Heading2"/>
      </w:pPr>
      <w:r>
        <w:t>Working Group Updates</w:t>
      </w:r>
    </w:p>
    <w:p w:rsidRPr="004972AB" w:rsidR="002C3012" w:rsidP="004972AB" w:rsidRDefault="00000000" w14:paraId="3BC22405" w14:textId="0B40EBEE">
      <w:pPr>
        <w:spacing w:after="0"/>
        <w:rPr>
          <w:b/>
          <w:bCs/>
        </w:rPr>
      </w:pPr>
      <w:r w:rsidRPr="004972AB">
        <w:rPr>
          <w:b/>
          <w:bCs/>
        </w:rPr>
        <w:t>Seamless Parcels</w:t>
      </w:r>
    </w:p>
    <w:p w:rsidR="002C3012" w:rsidP="004972AB" w:rsidRDefault="00000000" w14:paraId="0F2877FD" w14:textId="367F18C1">
      <w:pPr>
        <w:pStyle w:val="ListBullet"/>
        <w:spacing w:after="0"/>
      </w:pPr>
      <w:r>
        <w:t>80 counties have provided parcel updates; CGIA-managed internal FME transformer replace</w:t>
      </w:r>
      <w:r w:rsidR="00495044">
        <w:t>d</w:t>
      </w:r>
      <w:r>
        <w:t xml:space="preserve"> retired carbon cloud transformer and accepts multiple data formats.</w:t>
      </w:r>
    </w:p>
    <w:p w:rsidR="00DD1F48" w:rsidP="004972AB" w:rsidRDefault="00DD1F48" w14:paraId="5CD87844" w14:textId="6AE08F06">
      <w:pPr>
        <w:pStyle w:val="ListBullet"/>
        <w:spacing w:after="0"/>
      </w:pPr>
      <w:r>
        <w:t>Contact – Elizabeth Daniel</w:t>
      </w:r>
      <w:r w:rsidR="00091563">
        <w:t xml:space="preserve"> (</w:t>
      </w:r>
      <w:r w:rsidRPr="00091563" w:rsidR="00091563">
        <w:t>elizabeth.daniel@nc.gov</w:t>
      </w:r>
      <w:r w:rsidR="00091563">
        <w:t>)</w:t>
      </w:r>
    </w:p>
    <w:p w:rsidR="004972AB" w:rsidP="004972AB" w:rsidRDefault="004972AB" w14:paraId="63D9D787" w14:textId="77777777">
      <w:pPr>
        <w:pStyle w:val="ListBullet"/>
        <w:numPr>
          <w:ilvl w:val="0"/>
          <w:numId w:val="0"/>
        </w:numPr>
        <w:spacing w:after="0"/>
      </w:pPr>
    </w:p>
    <w:p w:rsidRPr="006D7C9D" w:rsidR="002C3012" w:rsidP="004972AB" w:rsidRDefault="00D4150D" w14:paraId="78A43294" w14:textId="1AEC8489">
      <w:pPr>
        <w:spacing w:after="0"/>
        <w:rPr>
          <w:b/>
          <w:bCs/>
        </w:rPr>
      </w:pPr>
      <w:hyperlink w:history="1" r:id="rId19">
        <w:r w:rsidRPr="00D4150D">
          <w:rPr>
            <w:rStyle w:val="Hyperlink"/>
            <w:b/>
            <w:bCs/>
          </w:rPr>
          <w:t>Orthoimagery</w:t>
        </w:r>
      </w:hyperlink>
      <w:r w:rsidRPr="006D7C9D">
        <w:rPr>
          <w:b/>
          <w:bCs/>
        </w:rPr>
        <w:t xml:space="preserve"> and Elevation: Lidar Working Group</w:t>
      </w:r>
    </w:p>
    <w:p w:rsidR="002C3012" w:rsidP="004972AB" w:rsidRDefault="00000000" w14:paraId="67622B1F" w14:textId="77777777">
      <w:pPr>
        <w:pStyle w:val="ListBullet"/>
        <w:spacing w:after="0"/>
      </w:pPr>
      <w:r>
        <w:t>Phase three/four of orthoimagery collection in quality review; deliveries scheduled for Nov–Dec.</w:t>
      </w:r>
    </w:p>
    <w:p w:rsidR="002C3012" w:rsidP="004972AB" w:rsidRDefault="00000000" w14:paraId="2D65882B" w14:textId="77777777">
      <w:pPr>
        <w:pStyle w:val="ListBullet"/>
        <w:spacing w:after="0"/>
      </w:pPr>
      <w:r>
        <w:t>Upcoming Lidar collections planned for western and coastal regions.</w:t>
      </w:r>
    </w:p>
    <w:p w:rsidR="00091563" w:rsidP="004972AB" w:rsidRDefault="00091563" w14:paraId="633B016A" w14:textId="799AC241">
      <w:pPr>
        <w:pStyle w:val="ListBullet"/>
        <w:spacing w:after="0"/>
      </w:pPr>
      <w:r>
        <w:t>Contact – Ben Shelton (</w:t>
      </w:r>
      <w:r w:rsidRPr="008D22A0" w:rsidR="008D22A0">
        <w:t>ben.shelton@nc.gov</w:t>
      </w:r>
      <w:r w:rsidR="008D22A0">
        <w:t>)</w:t>
      </w:r>
    </w:p>
    <w:p w:rsidR="004972AB" w:rsidP="004972AB" w:rsidRDefault="004972AB" w14:paraId="03B02E9A" w14:textId="77777777">
      <w:pPr>
        <w:pStyle w:val="ListBullet"/>
        <w:numPr>
          <w:ilvl w:val="0"/>
          <w:numId w:val="0"/>
        </w:numPr>
        <w:spacing w:after="0"/>
        <w:ind w:left="360" w:hanging="360"/>
      </w:pPr>
    </w:p>
    <w:p w:rsidRPr="006D7C9D" w:rsidR="002C3012" w:rsidP="004972AB" w:rsidRDefault="00000000" w14:paraId="4DA71277" w14:textId="77777777">
      <w:pPr>
        <w:spacing w:after="0"/>
        <w:rPr>
          <w:b/>
          <w:bCs/>
        </w:rPr>
      </w:pPr>
      <w:r w:rsidRPr="006D7C9D">
        <w:rPr>
          <w:b/>
          <w:bCs/>
        </w:rPr>
        <w:t>Statewide Mapping Advisory Committee (SMAC)</w:t>
      </w:r>
    </w:p>
    <w:p w:rsidR="002C3012" w:rsidP="004972AB" w:rsidRDefault="00000000" w14:paraId="55363E15" w14:textId="77777777">
      <w:pPr>
        <w:pStyle w:val="ListBullet"/>
        <w:spacing w:after="0"/>
      </w:pPr>
      <w:r>
        <w:t>Updates on geodetic control, datum health, tile layouts, and Atlas project; high NC One Map usage.</w:t>
      </w:r>
    </w:p>
    <w:p w:rsidR="002C3012" w:rsidP="004972AB" w:rsidRDefault="00000000" w14:paraId="4396A982" w14:textId="77777777">
      <w:pPr>
        <w:pStyle w:val="ListBullet"/>
        <w:spacing w:after="0"/>
      </w:pPr>
      <w:r>
        <w:t>Planning responsibilities transitioning to Craig Harmon.</w:t>
      </w:r>
    </w:p>
    <w:p w:rsidR="004972AB" w:rsidP="004972AB" w:rsidRDefault="004972AB" w14:paraId="11439AA6" w14:textId="77777777">
      <w:pPr>
        <w:pStyle w:val="ListBullet"/>
        <w:numPr>
          <w:ilvl w:val="0"/>
          <w:numId w:val="0"/>
        </w:numPr>
        <w:spacing w:after="0"/>
        <w:ind w:left="360" w:hanging="360"/>
      </w:pPr>
    </w:p>
    <w:p w:rsidRPr="006D7C9D" w:rsidR="002C3012" w:rsidP="004972AB" w:rsidRDefault="00000000" w14:paraId="4E66FE83" w14:textId="77777777">
      <w:pPr>
        <w:spacing w:after="0"/>
        <w:rPr>
          <w:b/>
          <w:bCs/>
        </w:rPr>
      </w:pPr>
      <w:r w:rsidRPr="006D7C9D">
        <w:rPr>
          <w:b/>
          <w:bCs/>
        </w:rPr>
        <w:t>Technical Advisory Committee</w:t>
      </w:r>
    </w:p>
    <w:p w:rsidR="002C3012" w:rsidP="004972AB" w:rsidRDefault="00000000" w14:paraId="57104B0E" w14:textId="77777777">
      <w:pPr>
        <w:pStyle w:val="ListBullet"/>
        <w:spacing w:after="0"/>
      </w:pPr>
      <w:r>
        <w:t>Finalizing big data document for release at next GICC meeting in November.</w:t>
      </w:r>
    </w:p>
    <w:p w:rsidR="004972AB" w:rsidP="004972AB" w:rsidRDefault="004972AB" w14:paraId="6A3506A2" w14:textId="77777777">
      <w:pPr>
        <w:pStyle w:val="ListBullet"/>
        <w:numPr>
          <w:ilvl w:val="0"/>
          <w:numId w:val="0"/>
        </w:numPr>
        <w:spacing w:after="0"/>
        <w:ind w:left="360" w:hanging="360"/>
      </w:pPr>
    </w:p>
    <w:p w:rsidRPr="006D7C9D" w:rsidR="002C3012" w:rsidP="004972AB" w:rsidRDefault="00000000" w14:paraId="6EEF8341" w14:textId="77777777">
      <w:pPr>
        <w:spacing w:after="0"/>
        <w:rPr>
          <w:b/>
          <w:bCs/>
        </w:rPr>
      </w:pPr>
      <w:r w:rsidRPr="006D7C9D">
        <w:rPr>
          <w:b/>
          <w:bCs/>
        </w:rPr>
        <w:t>Municipal Boundaries</w:t>
      </w:r>
    </w:p>
    <w:p w:rsidR="002C3012" w:rsidP="004972AB" w:rsidRDefault="00000000" w14:paraId="49223F4E" w14:textId="3FA6AF2D">
      <w:pPr>
        <w:pStyle w:val="ListBullet"/>
        <w:spacing w:after="0"/>
      </w:pPr>
      <w:r>
        <w:t xml:space="preserve">Reminder to </w:t>
      </w:r>
      <w:hyperlink w:history="1" r:id="rId20">
        <w:r w:rsidRPr="00AC77D5" w:rsidR="002C3012">
          <w:rPr>
            <w:rStyle w:val="Hyperlink"/>
          </w:rPr>
          <w:t xml:space="preserve">submit boundary </w:t>
        </w:r>
        <w:r w:rsidR="002C3012">
          <w:rPr>
            <w:rStyle w:val="Hyperlink"/>
          </w:rPr>
          <w:t>and annexation updates</w:t>
        </w:r>
      </w:hyperlink>
      <w:r>
        <w:t xml:space="preserve"> to ensure accurate census data.</w:t>
      </w:r>
    </w:p>
    <w:p w:rsidR="00EC700E" w:rsidP="004972AB" w:rsidRDefault="00EC700E" w14:paraId="05B6DB85" w14:textId="3AB68ADC">
      <w:pPr>
        <w:pStyle w:val="ListBullet"/>
        <w:spacing w:after="0"/>
      </w:pPr>
      <w:r>
        <w:t>Contact – Colleen Kylie (</w:t>
      </w:r>
      <w:r w:rsidRPr="00EA46C2" w:rsidR="00EA46C2">
        <w:t>Colleen.Kiley@nc.gov</w:t>
      </w:r>
      <w:r>
        <w:t>) &amp; Melanie Williams (</w:t>
      </w:r>
      <w:r w:rsidRPr="00EA46C2" w:rsidR="00EA46C2">
        <w:t>melanie.williams@nc.gov</w:t>
      </w:r>
      <w:r w:rsidR="00EA46C2">
        <w:t>)</w:t>
      </w:r>
    </w:p>
    <w:p w:rsidR="004972AB" w:rsidP="004972AB" w:rsidRDefault="004972AB" w14:paraId="020E38F4" w14:textId="77777777">
      <w:pPr>
        <w:pStyle w:val="ListBullet"/>
        <w:numPr>
          <w:ilvl w:val="0"/>
          <w:numId w:val="0"/>
        </w:numPr>
        <w:spacing w:after="0"/>
        <w:ind w:left="360" w:hanging="360"/>
      </w:pPr>
    </w:p>
    <w:p w:rsidRPr="006D7C9D" w:rsidR="002C3012" w:rsidP="004972AB" w:rsidRDefault="008274E3" w14:paraId="0606FDEB" w14:textId="0FD35404">
      <w:pPr>
        <w:spacing w:after="0"/>
        <w:rPr>
          <w:b/>
          <w:bCs/>
        </w:rPr>
      </w:pPr>
      <w:hyperlink w:history="1" r:id="rId21">
        <w:r w:rsidRPr="008274E3">
          <w:rPr>
            <w:rStyle w:val="Hyperlink"/>
            <w:b/>
            <w:bCs/>
          </w:rPr>
          <w:t>AddressNC</w:t>
        </w:r>
      </w:hyperlink>
    </w:p>
    <w:p w:rsidR="002C3012" w:rsidP="004972AB" w:rsidRDefault="00000000" w14:paraId="1D941FB7" w14:textId="77777777">
      <w:pPr>
        <w:pStyle w:val="ListBullet"/>
        <w:spacing w:after="0"/>
      </w:pPr>
      <w:r>
        <w:t>AddressNC data growth highlighted; recommendation to link catalogs to NC One Map services; resources available for address management.</w:t>
      </w:r>
    </w:p>
    <w:p w:rsidR="00897801" w:rsidP="004972AB" w:rsidRDefault="00897801" w14:paraId="72CEF642" w14:textId="66A289CB">
      <w:pPr>
        <w:pStyle w:val="ListBullet"/>
        <w:spacing w:after="0"/>
      </w:pPr>
      <w:r>
        <w:t xml:space="preserve">Contact - </w:t>
      </w:r>
      <w:r w:rsidRPr="00897801">
        <w:t>Darrin Smith</w:t>
      </w:r>
      <w:r>
        <w:t xml:space="preserve"> (</w:t>
      </w:r>
      <w:r w:rsidRPr="00495044" w:rsidR="00495044">
        <w:t>darrin.smith@nc.gov</w:t>
      </w:r>
      <w:r w:rsidR="00495044">
        <w:t>)</w:t>
      </w:r>
    </w:p>
    <w:p w:rsidR="00BE275D" w:rsidP="00BE275D" w:rsidRDefault="003C738C" w14:paraId="3FD828C8" w14:textId="7183CCC2">
      <w:pPr>
        <w:pStyle w:val="Heading2"/>
      </w:pPr>
      <w:r>
        <w:t>Additional Resources</w:t>
      </w:r>
    </w:p>
    <w:p w:rsidR="006026BE" w:rsidP="00BE275D" w:rsidRDefault="00F8362D" w14:paraId="7CEB6207" w14:textId="77777777">
      <w:pPr>
        <w:pStyle w:val="ListBullet"/>
      </w:pPr>
      <w:r>
        <w:t xml:space="preserve">UNC </w:t>
      </w:r>
      <w:r w:rsidR="00F30D9C">
        <w:t xml:space="preserve">launched a new BS in </w:t>
      </w:r>
      <w:hyperlink w:history="1" r:id="rId22">
        <w:r w:rsidRPr="00DF541D" w:rsidR="00F30D9C">
          <w:rPr>
            <w:rStyle w:val="Hyperlink"/>
          </w:rPr>
          <w:t>Geospatial Data Science</w:t>
        </w:r>
      </w:hyperlink>
    </w:p>
    <w:p w:rsidR="00BE275D" w:rsidP="00BE275D" w:rsidRDefault="006026BE" w14:paraId="78C13B79" w14:textId="29A9FDA0">
      <w:pPr>
        <w:pStyle w:val="ListBullet"/>
      </w:pPr>
      <w:hyperlink w:history="1" r:id="rId23">
        <w:r w:rsidRPr="006026BE">
          <w:rPr>
            <w:rStyle w:val="Hyperlink"/>
          </w:rPr>
          <w:t>Federal policy limiting public data available to NC Communities</w:t>
        </w:r>
      </w:hyperlink>
      <w:r w:rsidR="00F30D9C">
        <w:t xml:space="preserve"> </w:t>
      </w:r>
    </w:p>
    <w:p w:rsidRPr="00BE275D" w:rsidR="00BE275D" w:rsidP="00BE275D" w:rsidRDefault="006451C7" w14:paraId="18483D7E" w14:textId="7DA09640">
      <w:pPr>
        <w:pStyle w:val="ListBullet"/>
      </w:pPr>
      <w:hyperlink w:history="1" r:id="rId24">
        <w:r w:rsidRPr="00345E7D">
          <w:rPr>
            <w:rStyle w:val="Hyperlink"/>
          </w:rPr>
          <w:t>NC AUG Conference Agenda</w:t>
        </w:r>
      </w:hyperlink>
      <w:r w:rsidR="00345E7D">
        <w:t>: September 29th – October 2nd</w:t>
      </w:r>
    </w:p>
    <w:p w:rsidR="002C3012" w:rsidRDefault="00000000" w14:paraId="7CCAEF45" w14:textId="18992369">
      <w:pPr>
        <w:pStyle w:val="Heading2"/>
      </w:pPr>
      <w:r>
        <w:t>Follow-up Tasks</w:t>
      </w:r>
    </w:p>
    <w:p w:rsidR="002C3012" w:rsidRDefault="00000000" w14:paraId="08F6AA62" w14:textId="45A532C3">
      <w:pPr>
        <w:pStyle w:val="ListBullet"/>
      </w:pPr>
      <w:r>
        <w:t xml:space="preserve">Register </w:t>
      </w:r>
      <w:hyperlink w:history="1" r:id="rId25">
        <w:r w:rsidRPr="00861ECE" w:rsidR="002C3012">
          <w:rPr>
            <w:rStyle w:val="Hyperlink"/>
          </w:rPr>
          <w:t>GIS Day</w:t>
        </w:r>
      </w:hyperlink>
      <w:r>
        <w:t xml:space="preserve"> events with Esri to appear on the global webmap.</w:t>
      </w:r>
    </w:p>
    <w:p w:rsidR="002C3012" w:rsidRDefault="00000000" w14:paraId="26BFF1F3" w14:textId="720474CB">
      <w:pPr>
        <w:pStyle w:val="ListBullet"/>
      </w:pPr>
      <w:r>
        <w:t xml:space="preserve">Complete the </w:t>
      </w:r>
      <w:hyperlink w:history="1" r:id="rId26">
        <w:r w:rsidRPr="00A14094" w:rsidR="002C3012">
          <w:rPr>
            <w:rStyle w:val="Hyperlink"/>
          </w:rPr>
          <w:t>orthoimagery needs assessment survey.</w:t>
        </w:r>
      </w:hyperlink>
    </w:p>
    <w:p w:rsidR="002C3012" w:rsidRDefault="00000000" w14:paraId="4583E116" w14:textId="7DDDB690">
      <w:pPr>
        <w:pStyle w:val="ListBullet"/>
      </w:pPr>
      <w:r>
        <w:t xml:space="preserve">Submit </w:t>
      </w:r>
      <w:hyperlink w:history="1" r:id="rId27">
        <w:r w:rsidRPr="00A14094" w:rsidR="002C3012">
          <w:rPr>
            <w:rStyle w:val="Hyperlink"/>
          </w:rPr>
          <w:t>abstracts</w:t>
        </w:r>
      </w:hyperlink>
      <w:r>
        <w:t xml:space="preserve"> by September 18 and </w:t>
      </w:r>
      <w:hyperlink w:history="1" r:id="rId28">
        <w:r w:rsidRPr="004A64AD" w:rsidR="002C3012">
          <w:rPr>
            <w:rStyle w:val="Hyperlink"/>
          </w:rPr>
          <w:t>Herb Stout Awards</w:t>
        </w:r>
      </w:hyperlink>
      <w:r>
        <w:t xml:space="preserve"> by October 30.</w:t>
      </w:r>
    </w:p>
    <w:p w:rsidR="002C3012" w:rsidRDefault="005A3075" w14:paraId="4B5022C8" w14:textId="29536E78">
      <w:pPr>
        <w:pStyle w:val="ListBullet"/>
      </w:pPr>
      <w:hyperlink w:history="1" r:id="rId29">
        <w:r w:rsidRPr="005A3075">
          <w:rPr>
            <w:rStyle w:val="Hyperlink"/>
          </w:rPr>
          <w:t>Update</w:t>
        </w:r>
      </w:hyperlink>
      <w:r>
        <w:t xml:space="preserve"> your contact information.</w:t>
      </w:r>
    </w:p>
    <w:p w:rsidR="002C3012" w:rsidP="00135939" w:rsidRDefault="002C3012" w14:paraId="09EC713C" w14:textId="2FEC5582">
      <w:pPr>
        <w:pStyle w:val="ListBullet"/>
        <w:numPr>
          <w:ilvl w:val="0"/>
          <w:numId w:val="0"/>
        </w:numPr>
      </w:pPr>
    </w:p>
    <w:sectPr w:rsidR="002C3012" w:rsidSect="0009179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xmlns:w="http://schemas.openxmlformats.org/wordprocessingml/2006/main" w:initials="WM" w:author="Williams, Melanie M" w:date="2026-09-03T04:07:00" w:id="1254528107">
    <w:p xmlns:w14="http://schemas.microsoft.com/office/word/2010/wordml" xmlns:w="http://schemas.openxmlformats.org/wordprocessingml/2006/main" w:rsidR="307965CF" w:rsidRDefault="6FADA33B" w14:paraId="6C4E9232" w14:textId="02E52495">
      <w:pPr>
        <w:pStyle w:val="CommentText"/>
      </w:pPr>
      <w:r>
        <w:rPr>
          <w:rStyle w:val="CommentReference"/>
        </w:rPr>
        <w:annotationRef/>
      </w:r>
      <w:r w:rsidRPr="68287B21" w:rsidR="482C2CB2">
        <w:t>Can you add a sections for Ben’s ask for Survey responses and the link to the survey?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C4E923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5A11109" w16cex:dateUtc="2026-09-03T15:07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C4E9232" w16cid:durableId="15A1110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68E34A4"/>
    <w:multiLevelType w:val="hybridMultilevel"/>
    <w:tmpl w:val="4726CD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CE13C08"/>
    <w:multiLevelType w:val="hybridMultilevel"/>
    <w:tmpl w:val="94CCCB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83778214">
    <w:abstractNumId w:val="8"/>
  </w:num>
  <w:num w:numId="2" w16cid:durableId="1049569077">
    <w:abstractNumId w:val="6"/>
  </w:num>
  <w:num w:numId="3" w16cid:durableId="183255610">
    <w:abstractNumId w:val="5"/>
  </w:num>
  <w:num w:numId="4" w16cid:durableId="47846656">
    <w:abstractNumId w:val="4"/>
  </w:num>
  <w:num w:numId="5" w16cid:durableId="847450784">
    <w:abstractNumId w:val="7"/>
  </w:num>
  <w:num w:numId="6" w16cid:durableId="822432073">
    <w:abstractNumId w:val="3"/>
  </w:num>
  <w:num w:numId="7" w16cid:durableId="2024282064">
    <w:abstractNumId w:val="2"/>
  </w:num>
  <w:num w:numId="8" w16cid:durableId="1031565116">
    <w:abstractNumId w:val="1"/>
  </w:num>
  <w:num w:numId="9" w16cid:durableId="92627980">
    <w:abstractNumId w:val="0"/>
  </w:num>
  <w:num w:numId="10" w16cid:durableId="511340404">
    <w:abstractNumId w:val="9"/>
  </w:num>
  <w:num w:numId="11" w16cid:durableId="551502541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Williams, Melanie M">
    <w15:presenceInfo w15:providerId="AD" w15:userId="S::melanie.williams@nc.gov::daa117df-577b-4a36-8277-640943794c2d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568E7"/>
    <w:rsid w:val="0006063C"/>
    <w:rsid w:val="00091563"/>
    <w:rsid w:val="00091796"/>
    <w:rsid w:val="00135939"/>
    <w:rsid w:val="0015074B"/>
    <w:rsid w:val="00150A89"/>
    <w:rsid w:val="001E0047"/>
    <w:rsid w:val="0029639D"/>
    <w:rsid w:val="002C3012"/>
    <w:rsid w:val="0031790A"/>
    <w:rsid w:val="00326F90"/>
    <w:rsid w:val="0033562B"/>
    <w:rsid w:val="00345E7D"/>
    <w:rsid w:val="0034785A"/>
    <w:rsid w:val="00394302"/>
    <w:rsid w:val="003C738C"/>
    <w:rsid w:val="00443CBF"/>
    <w:rsid w:val="00495044"/>
    <w:rsid w:val="004972AB"/>
    <w:rsid w:val="004A64AD"/>
    <w:rsid w:val="00564C5A"/>
    <w:rsid w:val="005A3075"/>
    <w:rsid w:val="006026BE"/>
    <w:rsid w:val="006451C7"/>
    <w:rsid w:val="00661348"/>
    <w:rsid w:val="006D7C9D"/>
    <w:rsid w:val="007611E9"/>
    <w:rsid w:val="007869D0"/>
    <w:rsid w:val="008274E3"/>
    <w:rsid w:val="0085292C"/>
    <w:rsid w:val="00861ECE"/>
    <w:rsid w:val="00897801"/>
    <w:rsid w:val="008A5E39"/>
    <w:rsid w:val="008D22A0"/>
    <w:rsid w:val="00916BCF"/>
    <w:rsid w:val="00996988"/>
    <w:rsid w:val="00A14094"/>
    <w:rsid w:val="00A453F9"/>
    <w:rsid w:val="00AA1D8D"/>
    <w:rsid w:val="00AC77D5"/>
    <w:rsid w:val="00B41054"/>
    <w:rsid w:val="00B47730"/>
    <w:rsid w:val="00B554B9"/>
    <w:rsid w:val="00BE275D"/>
    <w:rsid w:val="00C567C3"/>
    <w:rsid w:val="00CB0664"/>
    <w:rsid w:val="00CE05B2"/>
    <w:rsid w:val="00D4144C"/>
    <w:rsid w:val="00D4150D"/>
    <w:rsid w:val="00D63E11"/>
    <w:rsid w:val="00DD1F48"/>
    <w:rsid w:val="00DF541D"/>
    <w:rsid w:val="00EA46C2"/>
    <w:rsid w:val="00EB6735"/>
    <w:rsid w:val="00EC700E"/>
    <w:rsid w:val="00F30D9C"/>
    <w:rsid w:val="00F537C9"/>
    <w:rsid w:val="00F65EE9"/>
    <w:rsid w:val="00F8362D"/>
    <w:rsid w:val="00F84215"/>
    <w:rsid w:val="00FC693F"/>
    <w:rsid w:val="0E53B6A8"/>
    <w:rsid w:val="0EDE79EA"/>
    <w:rsid w:val="13A969AB"/>
    <w:rsid w:val="35D69D21"/>
    <w:rsid w:val="3BEF056B"/>
    <w:rsid w:val="3D85B9FD"/>
    <w:rsid w:val="3EB51944"/>
    <w:rsid w:val="46B6B588"/>
    <w:rsid w:val="4A58FB4B"/>
    <w:rsid w:val="4B786034"/>
    <w:rsid w:val="4C290DBD"/>
    <w:rsid w:val="5291ACFE"/>
    <w:rsid w:val="650B1856"/>
    <w:rsid w:val="6C82E60F"/>
    <w:rsid w:val="6E9A9534"/>
    <w:rsid w:val="78F367E3"/>
    <w:rsid w:val="79EEC6B1"/>
    <w:rsid w:val="7CDB760A"/>
    <w:rsid w:val="7FEF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C57258C-43A0-4B40-828F-073DFF5712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943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302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7611E9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7611E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611E9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611E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611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8/08/relationships/commentsExtensible" Target="commentsExtensible.xml" Id="rId13" /><Relationship Type="http://schemas.openxmlformats.org/officeDocument/2006/relationships/hyperlink" Target="North%20Carolina%20Orthoimagery%20Needs%20Assessment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www.nconemap.gov/pages/addresses" TargetMode="External" Id="rId21" /><Relationship Type="http://schemas.openxmlformats.org/officeDocument/2006/relationships/settings" Target="settings.xml" Id="rId7" /><Relationship Type="http://schemas.microsoft.com/office/2016/09/relationships/commentsIds" Target="commentsIds.xml" Id="rId12" /><Relationship Type="http://schemas.openxmlformats.org/officeDocument/2006/relationships/hyperlink" Target="mailto:john.quinterno@osbm.nc.gov" TargetMode="External" Id="rId17" /><Relationship Type="http://schemas.openxmlformats.org/officeDocument/2006/relationships/hyperlink" Target="https://raleighnc.gov/apps-maps-and-open-data/events/2026-gis-day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www.census.gov/programs-surveys/decennial-census/about/luca.html" TargetMode="External" Id="rId16" /><Relationship Type="http://schemas.openxmlformats.org/officeDocument/2006/relationships/hyperlink" Target="https://experience.arcgis.com/experience/fc06f3be62c64865834127c8d7e54c52/page/FormAccess?views=Submit-Annexation" TargetMode="External" Id="rId20" /><Relationship Type="http://schemas.openxmlformats.org/officeDocument/2006/relationships/hyperlink" Target="https://experience.arcgis.com/experience/60f0a476e61e498888be97be1c838a73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1/relationships/commentsExtended" Target="commentsExtended.xml" Id="rId11" /><Relationship Type="http://schemas.openxmlformats.org/officeDocument/2006/relationships/hyperlink" Target="https://www.ncaug.com/_files/ugd/b3b23b_f87c51f48b0d441b8522a0d0d9f96c56.pdf" TargetMode="External" Id="rId24" /><Relationship Type="http://schemas.openxmlformats.org/officeDocument/2006/relationships/theme" Target="theme/theme1.xml" Id="rId32" /><Relationship Type="http://schemas.openxmlformats.org/officeDocument/2006/relationships/numbering" Target="numbering.xml" Id="rId5" /><Relationship Type="http://schemas.openxmlformats.org/officeDocument/2006/relationships/hyperlink" Target="Awards%20&#8211;%20ncgis2027%20-%20NCGIS2027" TargetMode="External" Id="rId15" /><Relationship Type="http://schemas.openxmlformats.org/officeDocument/2006/relationships/hyperlink" Target="Federal%20Policy%20Will%20Limit%20the%20Public%20Data%20Available%20to%20NC%20Communities" TargetMode="External" Id="rId23" /><Relationship Type="http://schemas.openxmlformats.org/officeDocument/2006/relationships/hyperlink" Target="Awards%20&#8211;%20ncgis2027%20-%20NCGIS2027" TargetMode="External" Id="rId28" /><Relationship Type="http://schemas.openxmlformats.org/officeDocument/2006/relationships/comments" Target="comments.xml" Id="rId10" /><Relationship Type="http://schemas.openxmlformats.org/officeDocument/2006/relationships/hyperlink" Target="https://www.nconemap.gov/pages/imagery" TargetMode="External" Id="rId19" /><Relationship Type="http://schemas.microsoft.com/office/2011/relationships/people" Target="people.xml" Id="rId31" /><Relationship Type="http://schemas.openxmlformats.org/officeDocument/2006/relationships/customXml" Target="../customXml/item4.xml" Id="rId4" /><Relationship Type="http://schemas.openxmlformats.org/officeDocument/2006/relationships/hyperlink" Target="Schedule%20&#8211;%20ncgis2027%20-%20NCGIS2027" TargetMode="External" Id="rId14" /><Relationship Type="http://schemas.openxmlformats.org/officeDocument/2006/relationships/hyperlink" Target="https://geography.unc.edu/undergraduates/geospatial-data-science-b-s/" TargetMode="External" Id="rId22" /><Relationship Type="http://schemas.openxmlformats.org/officeDocument/2006/relationships/hyperlink" Target="Schedule%20&#8211;%20ncgis2027%20-%20NCGIS2027" TargetMode="External" Id="rId27" /><Relationship Type="http://schemas.openxmlformats.org/officeDocument/2006/relationships/fontTable" Target="fontTable.xml" Id="rId30" /><Relationship Type="http://schemas.openxmlformats.org/officeDocument/2006/relationships/hyperlink" Target="https://survey123.arcgis.com/share/121318c09631403094a7216b5a7f8f09?portalUrl=https://www.arcgis.com" TargetMode="External" Id="R413af3475ea14dac" /><Relationship Type="http://schemas.openxmlformats.org/officeDocument/2006/relationships/hyperlink" Target="https://raleighnc.gov/apps-maps-and-open-data/events/2026-gis-day" TargetMode="External" Id="Rc024412ed10a470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B133EED0D99499035929141ED3ADF" ma:contentTypeVersion="24" ma:contentTypeDescription="Create a new document." ma:contentTypeScope="" ma:versionID="12d926123f816dda1bcb703e7392df1a">
  <xsd:schema xmlns:xsd="http://www.w3.org/2001/XMLSchema" xmlns:xs="http://www.w3.org/2001/XMLSchema" xmlns:p="http://schemas.microsoft.com/office/2006/metadata/properties" xmlns:ns2="e6067449-8796-49e4-8d61-964a215ef526" xmlns:ns3="6cca40d4-c6db-4bdf-aca7-e170beb9a6f7" targetNamespace="http://schemas.microsoft.com/office/2006/metadata/properties" ma:root="true" ma:fieldsID="b0ef0e309c9b12de26553534edd66fba" ns2:_="" ns3:_="">
    <xsd:import namespace="e6067449-8796-49e4-8d61-964a215ef526"/>
    <xsd:import namespace="6cca40d4-c6db-4bdf-aca7-e170beb9a6f7"/>
    <xsd:element name="properties">
      <xsd:complexType>
        <xsd:sequence>
          <xsd:element name="documentManagement">
            <xsd:complexType>
              <xsd:all>
                <xsd:element ref="ns2:l0012f68ef24486a8e82b345e8b4cbfe" minOccurs="0"/>
                <xsd:element ref="ns2:TaxCatchAll" minOccurs="0"/>
                <xsd:element ref="ns2:SharedWithUsers" minOccurs="0"/>
                <xsd:element ref="ns2:SharedWithDetails" minOccurs="0"/>
                <xsd:element ref="ns3:e4b80e976a8a44e7adafcaabb7d5d785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67449-8796-49e4-8d61-964a215ef526" elementFormDefault="qualified">
    <xsd:import namespace="http://schemas.microsoft.com/office/2006/documentManagement/types"/>
    <xsd:import namespace="http://schemas.microsoft.com/office/infopath/2007/PartnerControls"/>
    <xsd:element name="l0012f68ef24486a8e82b345e8b4cbfe" ma:index="9" nillable="true" ma:taxonomy="true" ma:internalName="l0012f68ef24486a8e82b345e8b4cbfe" ma:taxonomyFieldName="DocType" ma:displayName="DocType" ma:indexed="true" ma:default="" ma:fieldId="{50012f68-ef24-486a-8e82-b345e8b4cbfe}" ma:sspId="da2157d8-ccc1-4fc8-a2a4-3f8f6553454f" ma:termSetId="fbf8bbc6-5470-42e9-90f6-2334e3418bd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c5af5976-4b7f-481a-bdec-b61e470cd9f3}" ma:internalName="TaxCatchAll" ma:showField="CatchAllData" ma:web="e6067449-8796-49e4-8d61-964a215ef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a40d4-c6db-4bdf-aca7-e170beb9a6f7" elementFormDefault="qualified">
    <xsd:import namespace="http://schemas.microsoft.com/office/2006/documentManagement/types"/>
    <xsd:import namespace="http://schemas.microsoft.com/office/infopath/2007/PartnerControls"/>
    <xsd:element name="e4b80e976a8a44e7adafcaabb7d5d785" ma:index="14" nillable="true" ma:taxonomy="true" ma:internalName="e4b80e976a8a44e7adafcaabb7d5d785" ma:taxonomyFieldName="Group" ma:displayName="Group" ma:default="" ma:fieldId="{e4b80e97-6a8a-44e7-adaf-caabb7d5d785}" ma:sspId="da2157d8-ccc1-4fc8-a2a4-3f8f6553454f" ma:termSetId="feb531cf-c2ba-4d02-9e52-09466d74de1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4b80e976a8a44e7adafcaabb7d5d785 xmlns="6cca40d4-c6db-4bdf-aca7-e170beb9a6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LGC</TermName>
          <TermId xmlns="http://schemas.microsoft.com/office/infopath/2007/PartnerControls">fce45971-eb08-464e-ae61-53ddff612ca8</TermId>
        </TermInfo>
      </Terms>
    </e4b80e976a8a44e7adafcaabb7d5d785>
    <TaxCatchAll xmlns="e6067449-8796-49e4-8d61-964a215ef526">
      <Value>71</Value>
    </TaxCatchAll>
    <lcf76f155ced4ddcb4097134ff3c332f xmlns="6cca40d4-c6db-4bdf-aca7-e170beb9a6f7">
      <Terms xmlns="http://schemas.microsoft.com/office/infopath/2007/PartnerControls"/>
    </lcf76f155ced4ddcb4097134ff3c332f>
    <l0012f68ef24486a8e82b345e8b4cbfe xmlns="e6067449-8796-49e4-8d61-964a215ef526">
      <Terms xmlns="http://schemas.microsoft.com/office/infopath/2007/PartnerControls"/>
    </l0012f68ef24486a8e82b345e8b4cbf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9A7813-AF24-4D62-A617-3637FCAF6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67449-8796-49e4-8d61-964a215ef526"/>
    <ds:schemaRef ds:uri="6cca40d4-c6db-4bdf-aca7-e170beb9a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03D1FA-2191-4A78-A433-6C6816A0B9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DDBB7-99C1-41CE-A199-A1D66E0D9C82}">
  <ds:schemaRefs>
    <ds:schemaRef ds:uri="http://schemas.microsoft.com/office/2006/metadata/properties"/>
    <ds:schemaRef ds:uri="http://schemas.microsoft.com/office/infopath/2007/PartnerControls"/>
    <ds:schemaRef ds:uri="6cca40d4-c6db-4bdf-aca7-e170beb9a6f7"/>
    <ds:schemaRef ds:uri="e6067449-8796-49e4-8d61-964a215ef526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Melissa N</dc:creator>
  <cp:keywords/>
  <dc:description>generated by python-docx</dc:description>
  <cp:lastModifiedBy>Mitchell, Melissa N</cp:lastModifiedBy>
  <cp:revision>67</cp:revision>
  <dcterms:created xsi:type="dcterms:W3CDTF">2026-09-02T20:53:00Z</dcterms:created>
  <dcterms:modified xsi:type="dcterms:W3CDTF">2026-09-03T15:24:39Z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oup">
    <vt:lpwstr>71;#LGC|fce45971-eb08-464e-ae61-53ddff612ca8</vt:lpwstr>
  </property>
  <property fmtid="{D5CDD505-2E9C-101B-9397-08002B2CF9AE}" pid="3" name="MediaServiceImageTags">
    <vt:lpwstr/>
  </property>
  <property fmtid="{D5CDD505-2E9C-101B-9397-08002B2CF9AE}" pid="4" name="ContentTypeId">
    <vt:lpwstr>0x01010027DB133EED0D99499035929141ED3ADF</vt:lpwstr>
  </property>
  <property fmtid="{D5CDD505-2E9C-101B-9397-08002B2CF9AE}" pid="5" name="DocType">
    <vt:lpwstr/>
  </property>
  <property fmtid="{D5CDD505-2E9C-101B-9397-08002B2CF9AE}" pid="7" name="docLang">
    <vt:lpwstr>en</vt:lpwstr>
  </property>
</Properties>
</file>